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</w:pPr>
      <w:r>
        <w:rPr>
          <w:rFonts w:ascii="Arial" w:hAnsi="Arial"/>
          <w:b/>
          <w:i w:val="0"/>
          <w:color w:val="132D44"/>
          <w:sz w:val="48"/>
        </w:rPr>
        <w:t>MICHAL GRACÁK</w:t>
      </w:r>
    </w:p>
    <w:p>
      <w:pPr>
        <w:spacing w:after="80"/>
        <w:pBdr>
          <w:bottom w:val="single" w:sz="10" w:space="1" w:color="0D7976"/>
        </w:pBdr>
      </w:pPr>
      <w:r>
        <w:rPr>
          <w:rFonts w:ascii="Arial" w:hAnsi="Arial"/>
          <w:b/>
          <w:i w:val="0"/>
          <w:color w:val="0D7976"/>
          <w:sz w:val="21"/>
        </w:rPr>
        <w:t>SPOĽAHLIVOSŤ • ZODPOVEDNOSŤ • SKÚSENOSTI Z RÔZNYCH PRACOVNÝCH PROSTREDÍ</w:t>
      </w:r>
    </w:p>
    <w:p>
      <w:pPr>
        <w:spacing w:after="120"/>
      </w:pPr>
      <w:r>
        <w:rPr>
          <w:rFonts w:ascii="Arial" w:hAnsi="Arial"/>
          <w:b/>
          <w:i w:val="0"/>
          <w:color w:val="20282F"/>
          <w:sz w:val="17"/>
        </w:rPr>
        <w:t>027 43 Nižná   |   +421 903 939 562   |   michalgracak@gmail.com</w:t>
      </w:r>
    </w:p>
    <w:p>
      <w:pPr>
        <w:spacing w:after="240"/>
      </w:pPr>
      <w:r>
        <w:rPr>
          <w:rFonts w:ascii="Arial" w:hAnsi="Arial"/>
          <w:b/>
          <w:i w:val="0"/>
          <w:color w:val="132D44"/>
          <w:sz w:val="20"/>
        </w:rPr>
        <w:t>VEC: Záujem o prácu vo vašej spoločnosti</w:t>
      </w:r>
    </w:p>
    <w:p>
      <w:r>
        <w:rPr>
          <w:rFonts w:ascii="Arial" w:hAnsi="Arial"/>
          <w:b/>
          <w:i w:val="0"/>
          <w:color w:val="20282F"/>
          <w:sz w:val="21"/>
        </w:rPr>
        <w:t>Vážené vedenie spoločnosti,</w:t>
      </w:r>
    </w:p>
    <w:p>
      <w:pPr>
        <w:spacing w:after="160" w:line="283" w:lineRule="auto"/>
      </w:pPr>
      <w:r>
        <w:rPr>
          <w:rFonts w:ascii="Arial" w:hAnsi="Arial"/>
          <w:b w:val="0"/>
          <w:i w:val="0"/>
          <w:color w:val="20282F"/>
          <w:sz w:val="20"/>
        </w:rPr>
        <w:t>Verím, že dobré meno sa buduje rokmi a stratiť sa dá za jediný deň. Preto sa snažím robiť svoju prácu poctivo, spoľahlivo a s rešpektom voči ľuďom, s ktorými pracujem.</w:t>
      </w:r>
    </w:p>
    <w:p>
      <w:pPr>
        <w:spacing w:after="160" w:line="283" w:lineRule="auto"/>
      </w:pPr>
      <w:r>
        <w:rPr>
          <w:rFonts w:ascii="Arial" w:hAnsi="Arial"/>
          <w:b w:val="0"/>
          <w:i w:val="0"/>
          <w:color w:val="20282F"/>
          <w:sz w:val="20"/>
        </w:rPr>
        <w:t>Moja pracovná cesta sa začala v gastronómii, kde som viac ako pätnásť rokov pracoval ako kuchár a neskôr ako šéfkuchár. Toto obdobie ma naučilo disciplíne, organizácii, práci pod tlakom a zodpovednosti za ľudí. Neskôr som urobil veľkú zmenu, odišiel do zahraničia a začal sa učiť nové remeslá a pracovné postupy. Pracoval som vo výrobe a na technických projektoch v Nórsku, Švajčiarsku, Rakúsku a Nemecku. V spoločnosti BRUCHA som sa podieľal na montáži chladiacich a mraziacich boxov a hál vrátane zákaziek pre Daimler/Mercedes-Benz. V súčasnosti pôsobím ako Vorarbeiter v spoločnosti MAZ, kde organizujem prácu tímu a dohliadam na kvalitu vykonania.</w:t>
      </w:r>
    </w:p>
    <w:p>
      <w:pPr>
        <w:spacing w:after="160" w:line="283" w:lineRule="auto"/>
      </w:pPr>
      <w:r>
        <w:rPr>
          <w:rFonts w:ascii="Arial" w:hAnsi="Arial"/>
          <w:b w:val="0"/>
          <w:i w:val="0"/>
          <w:color w:val="20282F"/>
          <w:sz w:val="20"/>
        </w:rPr>
        <w:t>Vedúce postavenie som nikdy nehľadal za každú cenu. Vždy som sa najskôr snažil odviesť kvalitnú prácu. Keď mi zamestnávatelia postupne zverovali koordináciu ľudí a väčšiu zodpovednosť, vnímal som to ako prejav dôvery. Pri práci mi záleží na slušnej komunikácii, vzájomnej pomoci a na tom, aby sa na mňa kolegovia mohli spoľahnúť.</w:t>
      </w:r>
    </w:p>
    <w:p>
      <w:pPr>
        <w:spacing w:after="160" w:line="283" w:lineRule="auto"/>
      </w:pPr>
      <w:r>
        <w:rPr>
          <w:rFonts w:ascii="Arial" w:hAnsi="Arial"/>
          <w:b w:val="0"/>
          <w:i w:val="0"/>
          <w:color w:val="20282F"/>
          <w:sz w:val="20"/>
        </w:rPr>
        <w:t>Po rokoch práce v zahraničí by som rád našiel dlhodobejšie pracovné zázemie na Slovensku a bol viac nablízku svojej manželke a deťom. Som otvorený rôznym technickým, výrobným aj prevádzkovým pozíciám, rád sa naučím pracovné postupy a technológie spoločnosti. Som otvorený aj pracovným cestám, ak sú súčasťou danej pozície.</w:t>
      </w:r>
    </w:p>
    <w:p>
      <w:pPr>
        <w:spacing w:after="160" w:line="283" w:lineRule="auto"/>
      </w:pPr>
      <w:r>
        <w:rPr>
          <w:rFonts w:ascii="Arial" w:hAnsi="Arial"/>
          <w:b w:val="0"/>
          <w:i w:val="0"/>
          <w:color w:val="20282F"/>
          <w:sz w:val="20"/>
        </w:rPr>
        <w:t>Ak by ste v mojom profile videli priestor pre niektorú z vašich pracovných pozícií, budem rád za možnosť osobne sa predstaviť a dozvedieť sa viac o práci vo vašej spoločnosti. Ďakujem za váš čas a zváženie mojej žiadosti.</w:t>
      </w:r>
    </w:p>
    <w:p>
      <w:pPr>
        <w:spacing w:before="120" w:after="360"/>
      </w:pPr>
      <w:r>
        <w:rPr>
          <w:rFonts w:ascii="Arial" w:hAnsi="Arial"/>
          <w:b w:val="0"/>
          <w:i w:val="0"/>
          <w:color w:val="20282F"/>
          <w:sz w:val="20"/>
        </w:rPr>
        <w:t>S pozdravom</w:t>
      </w:r>
    </w:p>
    <w:p>
      <w:pPr>
        <w:spacing w:after="0"/>
      </w:pPr>
      <w:r>
        <w:rPr>
          <w:rFonts w:ascii="Arial" w:hAnsi="Arial"/>
          <w:b/>
          <w:i w:val="0"/>
          <w:color w:val="132D44"/>
          <w:sz w:val="22"/>
        </w:rPr>
        <w:t>Michal Gracák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879" w:right="1134" w:bottom="794" w:left="1134" w:header="312" w:footer="31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/>
      <w:jc w:val="center"/>
    </w:pPr>
    <w:r>
      <w:rPr>
        <w:rFonts w:ascii="Arial" w:hAnsi="Arial"/>
        <w:b w:val="0"/>
        <w:i w:val="0"/>
        <w:color w:val="5C6670"/>
        <w:sz w:val="14"/>
      </w:rPr>
      <w:t>Michal Gracák | 027 43 Nižná | +421 903 939 562 | michalgracak@gmail.com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>
      <w:rPr>
        <w:rFonts w:ascii="Arial" w:hAnsi="Arial"/>
        <w:b/>
        <w:i w:val="0"/>
        <w:color w:val="5C6670"/>
        <w:sz w:val="14"/>
      </w:rPr>
      <w:t>MOTIVAČNÝ LIST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3">
    <w:multiLevelType w:val="singleLevel"/>
    <w:lvl w:ilvl="0">
      <w:start w:val="1"/>
      <w:numFmt w:val="bullet"/>
      <w:lvlText w:val="•"/>
      <w:lvlJc w:val="left"/>
      <w:pPr>
        <w:tabs>
          <w:tab w:val="num" w:pos="300"/>
        </w:tabs>
        <w:ind w:left="340" w:hanging="170"/>
      </w:pPr>
      <w:rPr>
        <w:rFonts w:ascii="Arial" w:hAnsi="Arial"/>
      </w:rPr>
    </w:lvl>
  </w:abstractNum>
  <w:num w:numId="93">
    <w:abstractNumId w:val="9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60" w:line="288" w:lineRule="auto"/>
    </w:pPr>
    <w:rPr>
      <w:rFonts w:ascii="Arial" w:hAnsi="Arial"/>
      <w:color w:val="20282F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70"/>
      <w:outlineLvl w:val="0"/>
    </w:pPr>
    <w:rPr>
      <w:rFonts w:asciiTheme="majorHAnsi" w:eastAsiaTheme="majorEastAsia" w:hAnsiTheme="majorHAnsi" w:cstheme="majorBidi" w:ascii="Arial" w:hAnsi="Arial"/>
      <w:b/>
      <w:bCs/>
      <w:color w:val="0D7976"/>
      <w:sz w:val="2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VBulletModern">
    <w:name w:val="CV Bullet Modern"/>
    <w:basedOn w:val="Normal"/>
    <w:pPr>
      <w:spacing w:after="24" w:line="247" w:lineRule="auto"/>
      <w:ind w:left="238" w:hanging="113"/>
      <w:numPr>
        <w:ilvl w:val="0"/>
        <w:numId w:val="93"/>
      </w:numPr>
    </w:pPr>
    <w:rPr>
      <w:rFonts w:ascii="Arial" w:hAnsi="Arial"/>
      <w:sz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Michal Gracák – osobne ladený motivačný list pre priemyselné, výrobné a technické spoločnosti 2026</dc:title>
  <dc:subject>osobne ladený motivačný list pre priemyselné, výrobné a technické spoločnosti 2026</dc:subject>
  <dc:creator/>
  <cp:keywords/>
  <dc:description/>
  <cp:lastModifiedBy/>
  <cp:revision>1</cp:revision>
  <dcterms:created xsi:type="dcterms:W3CDTF">2013-12-23T23:15:00Z</dcterms:created>
  <dcterms:modified xsi:type="dcterms:W3CDTF">2013-12-23T23:15:00Z</dcterms:modified>
  <cp:category/>
</cp:coreProperties>
</file>